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Флагшток на площади Ала-Тоо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42.87641, 74.60298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72000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2aa9f84f0b39dcf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2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42.87641, 74.60298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42.87641, 74.60298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Frunze" title="Frunze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Flagpole on Ala-Too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42.87641, 74.60298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1672000" cy="2232000"/>
            <wp:docPr id="5" name="Picture 5" descr="Флагшток на площади Ала-Тоо" title="Флагшток на площади Ала-Тоо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2aa9f84f0b39dcfad3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72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Флагшток на площади Ала-Тоо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Flagpole on Ala-Too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In 1998, a flagpole 18 meters high with the State Flag of Kyrgyzstan was installed on the square. It is guarded by a special post that changes every hour. Today the flagpole has a height of 45 m. The dimensions of the flag are 10x15 m.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https://bimap.su/description/bishkek/1_flag.txt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