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Аллея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42.87203, 74.60195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edeea40ffd42b94f4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Alley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Аллея" title="Алле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edeea40ffd42b94f4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Alley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Alley of old elms on Toktogul street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https://bimap.su/description/frunze/529_Alleia.txt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Рахат Джумабекова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https://2gis.kg/bishkek/firm/70000001049772794/tab/photos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