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Советской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42.86063, 74.61036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1293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9813615dcda46cd8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29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42.86063, 74.61036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 on Sovetskaya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42.86063, 74.61036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2936" cy="2232000"/>
            <wp:docPr id="4" name="Picture 4" descr="Дом на Советской" title="Дом на Сове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9813615dcda46cd81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29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Советской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 on Sovetskaya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 on Sovetskaya This house knows exactly its year of birth. All two-story houses along Novo-Sovetskaya (Baytik Batyra) from the railway to Gvardeiskaya (Gorky) street were built by the Geological Administration and the Kamensk Expedition.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https://bimap.su/description/frunze/525_Gody.txt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42.86063, 74.61036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Kurmanbek Turdubekov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https://2gis.kg/bishkek/geo/15763234350964778/tab/photos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