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Кинотеатр «Иссык-Куль»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42.88477, 74.62043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8d497bc91079aa37ec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42.88477, 74.62043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Cinema "Issyk-Kul"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42.88477, 74.62043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4" name="Picture 4" descr="Кинотеатр «Иссык-Куль»" title="Кинотеатр «Иссык-Куль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8d497bc91079aa37ec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Кинотеатр «Иссык-Куль»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Cinema "Issyk-Kul"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Cinema "Issyk-Kul" The wide-screen cinema "Issyk-Kul" was opened in 1959. It has two auditoriums with 400 seats each.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https://bimap.su/description/frunze/524_Issykkul.txt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42.88477, 74.62043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