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Цеха завода имени В.И.Ленина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42.86316, 74.58189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c84d9a64a69bbd67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42.86316, 74.58189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Shops of the plant named after V.I. Lenin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42.86316, 74.58189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Цеха завода имени В.И.Ленина" title="Цеха завода имени В.И.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c84d9a64a69bbd67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Цеха завода имени В.И.Ленина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Shops of the plant named after V.I. Lenin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Shops of the plant named after V.I. Lenin Defense plant, evacuated from the city of Voroshilovgrad (Lugansk). It was placed in the unfinished workshops of a worsted and cloth factory. Produced cartridges and mines. In the 90s, he mastered the serial production of high-precision operating machines, hoists and presses, as well as the production of equipment for domestic needs. The plant employed up to 40 thousand workers in the 80s.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https://bimap.su/description/frunze/523_Zavod.txt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42.86316, 74.58189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 из Wikimedia Commons" title="Современный вид из Wikimedia Common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 из Wikimedia Commons · Thomas Depenbusch (Depi) from Cologne, Germany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https://commons.wikimedia.org/wiki/Bishkek_Osh-Bazaar,_Kyrgyzstan_(6100445341).jpg · Wikimedia Commons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Лицензия Wikimedia Commons: CC BY 2.0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