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Путепровод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42.86553, 74.58724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18a513fcc3ebfbdd9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bc0141c661cb13ed0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42.86553, 74.58724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Overpass on Mira Avenue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42.86553, 74.58724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4" name="Picture 4" descr="Путепровод на проспекте Мира" title="Путепровод на проспекте Ми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18a513fcc3ebfbdd9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Путепровод на проспекте Мира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Overpass on Mira Avenue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Overpass on Mira Avenue The 600m long overpass on Mira Avenue was built in 1972.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https://bimap.su/description/frunze/522_Puteprovod.txt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Overpass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42.86553, 74.58724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5" name="Picture 5" descr="Путепровод" title="Путепрово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bc0141c661cb13ed0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Путепровод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Overpass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at the intersection of the railway and Manas Avenue Overpass at the intersection of the railway and Manas Avenue.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https://bimap.su/description/bishkek/61_IMG_0662.txt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