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Пивзавод на Заводской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42.87322, 74.57084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615fea833e4e98e4c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42.87322, 74.57084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Brewery on Zavodskaya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42.87322, 74.57084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Пивзавод на Заводской" title="Пивзавод на Завод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615fea833e4e98e4c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Пивзавод на Заводской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Brewery on Zavodskaya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Brewery on Zavodskaya Frunzensky brewery was built in 1908. In the 50s, an automatic beer bottling line was introduced. It produces 6 types of beer - Zhigulevskoe, Rizhskoe, Kirgizskoe, Frunzenskoe, Barley Ear, Moskovskoe, and 13 types of soft drinks. Number of employees: 218 people.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https://bimap.su/description/frunze/521_Pivzavod.txt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42.87322, 74.57084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Almazbek Abdyrakhmanov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https://2gis.kg/bishkek/geo/15763234351118618/tab/photos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