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Хоздворы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42.86548, 74.59188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1c98d28eaf504be3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42.86548, 74.59188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Household yards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42.86548, 74.59188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Хоздворы" title="Хоздво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1c98d28eaf504be3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Хоздворы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Household yards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Household yards Household yards, warehouses and city trade base.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https://bimap.su/description/frunze/520_Sklady.txt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42.86548, 74.59188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https://2gis.kg/bishkek/firm/70000001036375549/tab/photos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