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Карасуйская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42.86696, 74.58879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b9609b8577f637942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42.86696, 74.58879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Karasuyskaya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42.86696, 74.58879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4" name="Picture 4" descr="Улица Карасуйская" title="Улица Карасуй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b9609b8577f637942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Карасуйская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Karasuyskaya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Karasuyskaya Street Corner of a one-story city on Karasuyskaya (Kerimbekova).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https://bimap.su/description/frunze/519_Karasuiskaia.txt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42.86696, 74.58879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https://2gis.kg/bishkek/firm/70000001084477567/tab/photos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