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Центральный рынок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42.87968, 74.61657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55866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4c1231e2c08fb2f63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86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42.87968, 74.61657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Central Market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42.87968, 74.61657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58664" cy="2232000"/>
            <wp:docPr id="4" name="Picture 4" descr="Центральный рынок" title="Центральный рын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64c1231e2c08fb2f63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86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рынок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Central Market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Central Market Central Market before the construction of the Victory Monument.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https://bimap.su/description/frunze/514_Rynok.txt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42.87968, 74.61657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Саида Самиева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https://2gis.kg/bishkek/geo/15763294480498721/tab/photos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