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Фонтан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42.88172, 74.61252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426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06e6843c10b14d0c7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42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42.88172, 74.61252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Fountain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42.88172, 74.61252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74264" cy="2232000"/>
            <wp:docPr id="4" name="Picture 4" descr="Фонтан" title="Фонта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06e6843c10b14d0c7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42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Fountain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Fountain near the circus The fountain was supposed to be the first fountain in the city with color and musical accompaniment, but it was never completed.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https://bimap.su/description/frunze/513_Fontan.txt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42.88172, 74.61252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Aygul Annamammedova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https://2gis.kg/bishkek/firm/70000001091802228/tab/photos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