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42.88071, 74.61584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56685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02cf2a403b235d8d5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668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42.88071, 74.61584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Frunze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42.88071, 74.61584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6685" cy="2231999"/>
            <wp:docPr id="4" name="Picture 4" descr="Улица Фрунзе" title="Улица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02cf2a403b235d8d5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668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Frunze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Frunze Street east of the circus Taxi rank at the Shopokova-Frunze intersection, opposite the Central Market.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https://bimap.su/description/frunze/511_UlFruhze.txt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42.88071, 74.61584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Аман Токонов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https://2gis.kg/bishkek/geo/15763337430172460/tab/photos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