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Ортосайский рынок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42.83579, 74.61521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080280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d1fd82cf3b422824ad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8028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42.83579, 74.61521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Ortosay market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42.83579, 74.61521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80280" cy="2232000"/>
            <wp:docPr id="4" name="Picture 4" descr="Ортосайский рынок" title="Ортосайский рыно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d1fd82cf3b422824ad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8028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Ортосайский рынок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Ortosay market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Ortosay market Ortosay market. Built in the 70s on the site of the Orto-Sai forest.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https://bimap.su/description/frunze/510_Ortosai.txt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42.83579, 74.61521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Городская легенда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https://2gis.kg/bishkek/geo/15763285890564149/tab/photos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