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Общежитие мединститута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42.83880, 74.60545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2806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25d8e3ed93df19ef1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80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42.83880, 74.60545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Dormitory of the medical institute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42.83880, 74.60545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8069" cy="2232000"/>
            <wp:docPr id="4" name="Picture 4" descr="Общежитие мединститута" title="Общежитие мединститу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25d8e3ed93df19ef1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80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Общежитие мединститута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Dormitory of the medical institute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Dormitory of the medical institute Dormitory of the medical institute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https://bimap.su/description/frunze/509_Obcheshitie.txt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42.83880, 74.60545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