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«Кыял»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42.87674, 74.57072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333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c42881e9176323958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333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42.87674, 74.57072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“Kyyal”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42.87674, 74.57072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33321" cy="2232000"/>
            <wp:docPr id="4" name="Picture 4" descr="«Кыял»" title="«Кыял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c42881e9176323958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333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«Кыял»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“Kyyal”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One of the “Kyyal” projects “Kyyal” is an association of folk arts and crafts. Created in 1969.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https://bimap.su/description/frunze/508_Kyial.txt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42.87674, 74.57072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https://2gis.kg/bishkek/firm/70000001080797412/tab/photos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