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Проектный институт Овцепром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42.86994, 74.58482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216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79e7ba2c6b100866a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21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42.86994, 74.58482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Design Institute Ovtseprom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42.86994, 74.58482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02168" cy="2232000"/>
            <wp:docPr id="4" name="Picture 4" descr="Проектный институт Овцепром" title="Проектный институт Овцеп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79e7ba2c6b100866a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21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Проектный институт Овцепром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Design Institute Ovtseprom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Design Institute Ovtseprom Founded in 1964. The institute has 19 research and design departments and 570 employees. The building was built in 1968. Architect G. Kutateladze.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https://bimap.su/description/frunze/506_Ovzeprom.txt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42.86994, 74.58482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А.А As.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https://2gis.kg/bishkek/geo/15763234351075194/tab/photos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