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Перекресток улиц Иваницына Правды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42.88239, 74.61637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5382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87c86fb353c1b800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382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42.88239, 74.61637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Crossroads of Ivanitsyn Pravda streets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42.88239, 74.61637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53827" cy="2232000"/>
            <wp:docPr id="4" name="Picture 4" descr="Перекресток улиц Иваницына Правды" title="Перекресток улиц Иваницына Прав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87c86fb353c1b800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382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Иваницына Правды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Crossroads of Ivanitsyn Pravda streets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Setun plant The Setun plant, which produced equipment for electronics industry enterprises.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https://bimap.su/description/frunze/505_Ivanizina.txt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42.88239, 74.61637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Бекжан Жумаев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https://2gis.kg/bishkek/firm/70000001019339705/tab/photos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