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Завод «Сетунь»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42.87693, 74.56333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2043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8fb473304f2435629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043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42.87693, 74.56333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Plant "Setun"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42.87693, 74.56333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20432" cy="2232000"/>
            <wp:docPr id="4" name="Picture 4" descr="Завод «Сетунь»" title="Завод «Сетун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8fb473304f2435629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043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Завод «Сетунь»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Plant "Setun"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Plant "Setun" Plant "Setun", which produced equipment for electronics industry enterprises.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https://bimap.su/description/frunze/504_Setun.txt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42.87693, 74.56333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saimum generation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https://2gis.kg/bishkek/firm/70000001056939232/tab/photos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