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Улица Алма-Атинская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42.86348, 74.63962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840088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f6b67b612d60a9beae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4008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42.86348, 74.63962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Улица Алма-Атинская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42.86348, 74.63962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840088" cy="2232000"/>
            <wp:docPr id="4" name="Picture 4" descr="Улица Алма-Атинская" title="Улица Алма-Атин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f6b67b612d60a9beae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4008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Алма-Атинская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Улица Алма-Атинская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(Шабдан Батыра).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https://bimap.su/description/frunze/503_Almaatinskaia.txt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42.86348, 74.63962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2ГИС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https://2gis.kg/bishkek/firm/70000001083620669/tab/photos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