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Вид с улицы Правды на запад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42.88042, 74.61650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63742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474ea00133e90146c5f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6374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42.88042, 74.61650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Правда көчөсүнөн батышка көрүнүш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42.88042, 74.61650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63742" cy="2232000"/>
            <wp:docPr id="4" name="Picture 4" descr="Вид с улицы Правды на запад" title="Вид с улицы Правды на запад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474ea00133e90146c5f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6374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Вид с улицы Правды на запад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Правда көчөсүнөн батышка көрүнүш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Правда (Ибраимов) көчөсүнөн батыш тарапка көрүнүш Сол жакта ЦУМ, оң жакта Нарын ресторанынын курулушу. Бул жерге Жеңиш аянты курулган.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https://bimap.su/description/frunze/502_Pravdy.txt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42.88042, 74.61650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 из Wikimedia Commons" title="Современный вид из Wikimedia Common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 из Wikimedia Commons · Incall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https://commons.wikimedia.org/wiki/Victory_Square_(Bishkek).jpg · Wikimedia Commons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Лицензия Wikimedia Commons: CC BY-SA 4.0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