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Вид с улицы Правды на запад</w:t>
      </w:r>
    </w:p>
    <w:p>
      <w:pPr>
        <w:jc w:val="center"/>
      </w:pPr>
      <w:r>
        <w:rPr>
          <w:rFonts w:ascii="Arial" w:hAnsi="Arial" w:eastAsia="Arial"/>
          <w:b w:val="0"/>
          <w:color w:val="606667"/>
          <w:sz w:val="17"/>
        </w:rPr>
        <w:t>42.88042, 74.61650</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63742" cy="2232000"/>
            <wp:docPr id="1" name="Picture 1"/>
            <wp:cNvGraphicFramePr>
              <a:graphicFrameLocks noChangeAspect="1"/>
            </wp:cNvGraphicFramePr>
            <a:graphic>
              <a:graphicData uri="http://schemas.openxmlformats.org/drawingml/2006/picture">
                <pic:pic>
                  <pic:nvPicPr>
                    <pic:cNvPr id="0" name="2474ea00133e90146c5f.jpg"/>
                    <pic:cNvPicPr/>
                  </pic:nvPicPr>
                  <pic:blipFill>
                    <a:blip r:embed="rId12"/>
                    <a:stretch>
                      <a:fillRect/>
                    </a:stretch>
                  </pic:blipFill>
                  <pic:spPr>
                    <a:xfrm>
                      <a:off x="0" y="0"/>
                      <a:ext cx="2963742"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42.88042, 74.61650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View from Pravda Street to the west</w:t>
      </w:r>
    </w:p>
    <w:p>
      <w:pPr>
        <w:spacing w:after="100"/>
        <w:jc w:val="center"/>
      </w:pPr>
      <w:r>
        <w:rPr>
          <w:rFonts w:ascii="Arial" w:hAnsi="Arial" w:eastAsia="Arial"/>
          <w:b w:val="0"/>
          <w:color w:val="606667"/>
          <w:sz w:val="17"/>
        </w:rPr>
        <w:t>42.88042, 74.61650</w:t>
      </w:r>
    </w:p>
    <w:p>
      <w:pPr>
        <w:spacing w:before="0" w:after="20"/>
        <w:jc w:val="center"/>
      </w:pPr>
      <w:r>
        <w:drawing>
          <wp:inline xmlns:a="http://schemas.openxmlformats.org/drawingml/2006/main" xmlns:pic="http://schemas.openxmlformats.org/drawingml/2006/picture">
            <wp:extent cx="2963742" cy="2232000"/>
            <wp:docPr id="4" name="Picture 4" descr="Вид с улицы Правды на запад" title="Вид с улицы Правды на запад"/>
            <wp:cNvGraphicFramePr>
              <a:graphicFrameLocks noChangeAspect="1"/>
            </wp:cNvGraphicFramePr>
            <a:graphic>
              <a:graphicData uri="http://schemas.openxmlformats.org/drawingml/2006/picture">
                <pic:pic>
                  <pic:nvPicPr>
                    <pic:cNvPr id="0" name="2474ea00133e90146c5f.jpg"/>
                    <pic:cNvPicPr/>
                  </pic:nvPicPr>
                  <pic:blipFill>
                    <a:blip r:embed="rId12"/>
                    <a:stretch>
                      <a:fillRect/>
                    </a:stretch>
                  </pic:blipFill>
                  <pic:spPr>
                    <a:xfrm>
                      <a:off x="0" y="0"/>
                      <a:ext cx="2963742" cy="2232000"/>
                    </a:xfrm>
                    <a:prstGeom prst="rect"/>
                  </pic:spPr>
                </pic:pic>
              </a:graphicData>
            </a:graphic>
          </wp:inline>
        </w:drawing>
      </w:r>
    </w:p>
    <w:p>
      <w:pPr>
        <w:spacing w:after="60"/>
        <w:jc w:val="center"/>
      </w:pPr>
      <w:r>
        <w:rPr>
          <w:rFonts w:ascii="Arial" w:hAnsi="Arial" w:eastAsia="Arial"/>
          <w:b w:val="0"/>
          <w:color w:val="606667"/>
          <w:sz w:val="15"/>
        </w:rPr>
        <w:t>Вид с улицы Правды на запад</w:t>
      </w:r>
    </w:p>
    <w:p>
      <w:pPr>
        <w:keepNext/>
        <w:spacing w:before="40" w:after="20"/>
      </w:pPr>
      <w:r>
        <w:rPr>
          <w:rFonts w:ascii="Arial" w:hAnsi="Arial" w:eastAsia="Arial"/>
          <w:b/>
          <w:color w:val="B1863E"/>
          <w:sz w:val="16"/>
        </w:rPr>
        <w:t>ENGLISH</w:t>
      </w:r>
      <w:r>
        <w:rPr>
          <w:rFonts w:ascii="Arial" w:hAnsi="Arial" w:eastAsia="Arial"/>
          <w:b/>
          <w:color w:val="242C2F"/>
          <w:sz w:val="20"/>
        </w:rPr>
        <w:t xml:space="preserve">  View from Pravda Street to the west</w:t>
      </w:r>
    </w:p>
    <w:p>
      <w:pPr>
        <w:widowControl/>
        <w:spacing w:before="0" w:after="60" w:line="247" w:lineRule="auto"/>
      </w:pPr>
      <w:r>
        <w:rPr>
          <w:rFonts w:ascii="Arial" w:hAnsi="Arial" w:eastAsia="Arial"/>
          <w:b w:val="0"/>
          <w:color w:val="242C2F"/>
          <w:sz w:val="19"/>
        </w:rPr>
        <w:t>﻿ View from Pravda (Ibraimov) Street to the west On the left is the Central Department Store, on the right is the construction of the Naryn restaurant. Victory Square was built on this site.</w:t>
      </w:r>
    </w:p>
    <w:p>
      <w:pPr>
        <w:spacing w:before="20" w:after="0"/>
      </w:pPr>
      <w:r>
        <w:rPr>
          <w:rFonts w:ascii="Arial" w:hAnsi="Arial" w:eastAsia="Arial"/>
          <w:b w:val="0"/>
          <w:color w:val="606667"/>
          <w:sz w:val="14"/>
        </w:rPr>
        <w:t>Source: https://bimap.su/description/frunze/502_Pravdy.txt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42.88042, 74.61650</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из Wikimedia Commons" title="Современный вид из Wikimedia Common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из Wikimedia Commons · Incall</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https://commons.wikimedia.org/wiki/Victory_Square_(Bishkek).jpg · Wikimedia Commons</w:t>
      </w:r>
    </w:p>
    <w:p>
      <w:pPr>
        <w:spacing w:before="0" w:after="0"/>
      </w:pPr>
      <w:r>
        <w:rPr>
          <w:rFonts w:ascii="Arial" w:hAnsi="Arial" w:eastAsia="Arial"/>
          <w:b w:val="0"/>
          <w:color w:val="606667"/>
          <w:sz w:val="14"/>
        </w:rPr>
        <w:t>Лицензия Wikimedia Commons: CC BY-SA 4.0</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