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Карла Маркса и Правды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504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c135d7314e0ee72d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50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Перекресток улиц Карла Маркса и Правды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5047" cy="2232000"/>
            <wp:docPr id="4" name="Picture 4" descr="Перекресток улиц Карла Маркса и Правды" title="Перекресток улиц Карла Маркса и Прав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c135d7314e0ee72d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50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Карла Маркса и Правды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Перекресток улиц Карла Маркса и Правды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Перекресток улиц Карла Маркса (Огонбаева) и Правды (Ибраимова).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https://bimap.su/description/frunze/501_Cholpon.txt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https://2gis.kg/bishkek/firm/70000001099256580/tab/photos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