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Перекресток улиц Карла Маркса и Правды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42.87761, 74.61785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035047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7c135d7314e0ee72d26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3504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42.87761, 74.61785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Карл Маркс жана Правда көчөлөрүнүн кесилиши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42.87761, 74.61785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035047" cy="2232000"/>
            <wp:docPr id="4" name="Picture 4" descr="Перекресток улиц Карла Маркса и Правды" title="Перекресток улиц Карла Маркса и Правды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7c135d7314e0ee72d26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3504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Перекресток улиц Карла Маркса и Правды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Карл Маркс жана Правда көчөлөрүнүн кесилиши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К.Маркс (Огонбаев) жана Правда (Ибраимова) көчөлөрүнүн кесилиши Сол жакта Чолпон бут кийим өндүрүштүк бирикмеси. «Чолпон» бут кийим фирмасы жылына 6 миллион жупка жакын бут кийим чыгарып, 4000ден ашык адамды иш менен камсыз кылган.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https://bimap.su/description/frunze/501_Cholpon.txt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42.87761, 74.61785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Фотография от 2ГИС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https://2gis.kg/bishkek/firm/70000001099256580/tab/photos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