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Перекресток улиц Карла Маркса и Правды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42.87761, 74.61785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035047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7c135d7314e0ee72d26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3504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42.87761, 74.61785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The intersection of Karl Marx and Pravda streets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42.87761, 74.61785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35047" cy="2232000"/>
            <wp:docPr id="4" name="Picture 4" descr="Перекресток улиц Карла Маркса и Правды" title="Перекресток улиц Карла Маркса и Правды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7c135d7314e0ee72d26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3504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Перекресток улиц Карла Маркса и Правды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The intersection of Karl Marx and Pravda streets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The intersection of K. Marx (Ogonbaev) and Pravda (Ibraimova) streets On the left is the Cholpon shoe production association. The Cholpon shoe company produced about 6 million pairs of shoes per year, employing more than 4,000 people.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https://bimap.su/description/frunze/501_Cholpon.txt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42.87761, 74.61785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Фотография от 2ГИС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https://2gis.kg/bishkek/firm/70000001099256580/tab/photos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