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Вид на мелькомбинат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42.87141, 74.56820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62812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57580dfd801f3c6ca2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281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42.87141, 74.56820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Ун тегирменинин көрүнүшү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42.87141, 74.56820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28129" cy="2232000"/>
            <wp:docPr id="4" name="Picture 4" descr="Вид на мелькомбинат" title="Вид на мелькомбина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57580dfd801f3c6ca2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281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Вид на мелькомбинат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Ун тегирменинин көрүнүшү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Ун тегирменинин көрүнүшү Ун тегирменинин көрүнүшү. Евгений Коровиндин фотосу.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https://bimap.su/description/frunze/499_Melkombinat.txt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42.87141, 74.56820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