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Советская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42.86437, 74.61093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0602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7300bfff4da9735c7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060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42.86437, 74.61093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Совет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42.86437, 74.61093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606027" cy="2232000"/>
            <wp:docPr id="4" name="Picture 4" descr="Улица Советская" title="Улица Совет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7300bfff4da9735c7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060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Совет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Совет көчөсү Совет көчөсү. Евгений Коровиндин фотосу. Темир жолдон Киев көчөсүнө чейин көрүнүш.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https://bimap.su/description/frunze/498_Sovetskaia.txt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42.86437, 74.61093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Оставил Отзыв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https://2gis.kg/bishkek/firm/70000001059419138/tab/photos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