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0602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7300bfff4da9735c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6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Sovetskaya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06027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7300bfff4da9735c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06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Sovetskaya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Sovetskaya Street Sovetskaya Street. Photo by Evgeny Korovin. View from the railway to Kievskaya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https://bimap.su/description/frunze/498_Sovetskaia.txt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42.86437, 74.61093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Оставил Отзыв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https://2gis.kg/bishkek/firm/70000001059419138/tab/photos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