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Тунгуч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Микрорайон Тунгуч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Микрорайон Тунгуч" title="Микрорайон Тунгу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Тунгуч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 Тунгуч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Восточная окраина города. Микрорайон Тунгуч.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https://bimap.su/description/frunze/497_Tunguch1.txt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Beemqew _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https://2gis.kg/bishkek/firm/70000001104174706/tab/photos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