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Микрорайон Тунгуч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f93727290a4d53d6e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Тунгуч кичирайону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4" name="Picture 4" descr="Микрорайон Тунгуч" title="Микрорайон Тунгу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f93727290a4d53d6e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Тунгуч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Тунгуч кичирайону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шаардын чыгыш чети. Тунгуч кичирайону шаардын чыгыш чети. Тунгуч кичирайону. Евгений Коровиндин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https://bimap.su/description/frunze/497_Tunguch1.txt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Beemqew _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https://2gis.kg/bishkek/firm/70000001104174706/tab/photos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