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Микрорайон Тунгуч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42.85348, 74.68732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f93727290a4d53d6e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42.85348, 74.68732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Microdistrict Tunguch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42.85348, 74.68732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4" name="Picture 4" descr="Микрорайон Тунгуч" title="Микрорайон Тунгуч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ef93727290a4d53d6e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Микрорайон Тунгуч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Microdistrict Tunguch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Eastern outskirts of the city. Microdistrict Tunguch Eastern outskirts of the city. Microdistrict Tunguch. Photo by Evgeny Korovin.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https://bimap.su/description/frunze/497_Tunguch1.txt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42.85348, 74.68732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Beemqew _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https://2gis.kg/bishkek/firm/70000001104174706/tab/photos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