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Микрорайон «Тунгуч»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42.85292, 74.69143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cb4ea19cdc8a9122d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42.85292, 74.69143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Microdistrict "Tunguch"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42.85292, 74.69143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Микрорайон «Тунгуч»" title="Микрорайон «Тунгуч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cb4ea19cdc8a9122d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Микрорайон «Тунгуч»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Microdistrict "Tunguch"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Eastern outskirts of the city. Microdistrict Tunguch Eastern outskirts of the city. Microdistrict Tunguch. Photo by Evgeny Korovin.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https://bimap.su/description/frunze/496_Tunguch.txt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42.85292, 74.69143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VENOM FF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https://2gis.kg/bishkek/geo/15763234351113898/tab/photos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