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Сельхозбанк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42.87850, 74.60450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638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9193b1d5bbd83227a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38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Банк на Васильевской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42.87850, 74.60450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3821" cy="2232000"/>
            <wp:docPr id="3" name="Picture 3" descr="Банк на Васильевской" title="Банк на Василь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9193b1d5bbd83227a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38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Банк на Васильевской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Банк на Васильевской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построенный по проекту А.П.Зенкова 1926г. Снесено в 60-х годах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https://bimap.su/description/pishpek/70_Selhozbank.txt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Сельхозбанк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42.87850, 74.60450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63821" cy="2232000"/>
            <wp:docPr id="4" name="Picture 4" descr="Сельхозбанк" title="Сельхоз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0edff6579ea6a2c55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38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Сельхозбанк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Сельхозбанк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https://bimap.su/description/frunze/456_Selhozbank.txt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42.87850, 74.60450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