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Сельхозбанк</w:t>
      </w:r>
    </w:p>
    <w:p>
      <w:pPr>
        <w:jc w:val="center"/>
      </w:pPr>
      <w:r>
        <w:rPr>
          <w:rFonts w:ascii="Arial" w:hAnsi="Arial" w:eastAsia="Arial"/>
          <w:b w:val="0"/>
          <w:color w:val="606667"/>
          <w:sz w:val="17"/>
        </w:rPr>
        <w:t>42.87850, 74.60450</w:t>
      </w:r>
    </w:p>
    <w:p>
      <w:pPr>
        <w:spacing w:before="80" w:after="20"/>
      </w:pPr>
      <w:r>
        <w:rPr>
          <w:rFonts w:ascii="Arial" w:hAnsi="Arial" w:eastAsia="Arial"/>
          <w:b/>
          <w:color w:val="772A33"/>
          <w:sz w:val="20"/>
        </w:rPr>
        <w:t>Тогда · Pishpek</w:t>
      </w:r>
    </w:p>
    <w:p>
      <w:pPr>
        <w:jc w:val="center"/>
      </w:pPr>
      <w:r>
        <w:drawing>
          <wp:inline xmlns:a="http://schemas.openxmlformats.org/drawingml/2006/main" xmlns:pic="http://schemas.openxmlformats.org/drawingml/2006/picture">
            <wp:extent cx="3563821" cy="2232000"/>
            <wp:docPr id="1" name="Picture 1"/>
            <wp:cNvGraphicFramePr>
              <a:graphicFrameLocks noChangeAspect="1"/>
            </wp:cNvGraphicFramePr>
            <a:graphic>
              <a:graphicData uri="http://schemas.openxmlformats.org/drawingml/2006/picture">
                <pic:pic>
                  <pic:nvPicPr>
                    <pic:cNvPr id="0" name="5f9193b1d5bbd83227ad.jpg"/>
                    <pic:cNvPicPr/>
                  </pic:nvPicPr>
                  <pic:blipFill>
                    <a:blip r:embed="rId12"/>
                    <a:stretch>
                      <a:fillRect/>
                    </a:stretch>
                  </pic:blipFill>
                  <pic:spPr>
                    <a:xfrm>
                      <a:off x="0" y="0"/>
                      <a:ext cx="3563821"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Bank on Vasilyevskaya</w:t>
      </w:r>
    </w:p>
    <w:p>
      <w:pPr>
        <w:spacing w:after="100"/>
        <w:jc w:val="center"/>
      </w:pPr>
      <w:r>
        <w:rPr>
          <w:rFonts w:ascii="Arial" w:hAnsi="Arial" w:eastAsia="Arial"/>
          <w:b w:val="0"/>
          <w:color w:val="606667"/>
          <w:sz w:val="17"/>
        </w:rPr>
        <w:t>42.87850, 74.60450</w:t>
      </w:r>
    </w:p>
    <w:p>
      <w:pPr>
        <w:spacing w:before="0" w:after="20"/>
        <w:jc w:val="center"/>
      </w:pPr>
      <w:r>
        <w:drawing>
          <wp:inline xmlns:a="http://schemas.openxmlformats.org/drawingml/2006/main" xmlns:pic="http://schemas.openxmlformats.org/drawingml/2006/picture">
            <wp:extent cx="3563821" cy="2232000"/>
            <wp:docPr id="3" name="Picture 3" descr="Банк на Васильевской" title="Банк на Васильевской"/>
            <wp:cNvGraphicFramePr>
              <a:graphicFrameLocks noChangeAspect="1"/>
            </wp:cNvGraphicFramePr>
            <a:graphic>
              <a:graphicData uri="http://schemas.openxmlformats.org/drawingml/2006/picture">
                <pic:pic>
                  <pic:nvPicPr>
                    <pic:cNvPr id="0" name="5f9193b1d5bbd83227ad.jpg"/>
                    <pic:cNvPicPr/>
                  </pic:nvPicPr>
                  <pic:blipFill>
                    <a:blip r:embed="rId12"/>
                    <a:stretch>
                      <a:fillRect/>
                    </a:stretch>
                  </pic:blipFill>
                  <pic:spPr>
                    <a:xfrm>
                      <a:off x="0" y="0"/>
                      <a:ext cx="3563821" cy="2232000"/>
                    </a:xfrm>
                    <a:prstGeom prst="rect"/>
                  </pic:spPr>
                </pic:pic>
              </a:graphicData>
            </a:graphic>
          </wp:inline>
        </w:drawing>
      </w:r>
    </w:p>
    <w:p>
      <w:pPr>
        <w:spacing w:after="60"/>
        <w:jc w:val="center"/>
      </w:pPr>
      <w:r>
        <w:rPr>
          <w:rFonts w:ascii="Arial" w:hAnsi="Arial" w:eastAsia="Arial"/>
          <w:b w:val="0"/>
          <w:color w:val="606667"/>
          <w:sz w:val="15"/>
        </w:rPr>
        <w:t>Банк на Васильевской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Bank on Vasilyevskaya</w:t>
      </w:r>
    </w:p>
    <w:p>
      <w:pPr>
        <w:widowControl/>
        <w:spacing w:before="0" w:after="60" w:line="247" w:lineRule="auto"/>
      </w:pPr>
      <w:r>
        <w:rPr>
          <w:rFonts w:ascii="Arial" w:hAnsi="Arial" w:eastAsia="Arial"/>
          <w:b w:val="0"/>
          <w:color w:val="242C2F"/>
          <w:sz w:val="19"/>
        </w:rPr>
        <w:t xml:space="preserve">﻿ Hotel built according to the design of A.P. Zenkova. The building was demolished in the 60s of the twentieth century. In 1926, construction began on several significant buildings designed by architect Andrei Pavlovich Zenkov, which complete the history of the city of Pishpek. On Vasilievskaya Street these were the buildings of a hotel and an agricultural bank. A.P. Zenkov was the first builder to combine national colors in architecture. Lancet </w:t>
      </w:r>
    </w:p>
    <w:p>
      <w:pPr>
        <w:spacing w:before="20" w:after="0"/>
      </w:pPr>
      <w:r>
        <w:rPr>
          <w:rFonts w:ascii="Arial" w:hAnsi="Arial" w:eastAsia="Arial"/>
          <w:b w:val="0"/>
          <w:color w:val="606667"/>
          <w:sz w:val="14"/>
        </w:rPr>
        <w:t>Source: https://bimap.su/description/pishpek/70_Selhozbank.txt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Agricultural Bank</w:t>
      </w:r>
    </w:p>
    <w:p>
      <w:pPr>
        <w:spacing w:after="100"/>
        <w:jc w:val="center"/>
      </w:pPr>
      <w:r>
        <w:rPr>
          <w:rFonts w:ascii="Arial" w:hAnsi="Arial" w:eastAsia="Arial"/>
          <w:b w:val="0"/>
          <w:color w:val="606667"/>
          <w:sz w:val="17"/>
        </w:rPr>
        <w:t>42.87850, 74.60450</w:t>
      </w:r>
    </w:p>
    <w:p>
      <w:pPr>
        <w:spacing w:before="0" w:after="20"/>
        <w:jc w:val="center"/>
      </w:pPr>
      <w:r>
        <w:drawing>
          <wp:inline xmlns:a="http://schemas.openxmlformats.org/drawingml/2006/main" xmlns:pic="http://schemas.openxmlformats.org/drawingml/2006/picture">
            <wp:extent cx="3563821" cy="2232000"/>
            <wp:docPr id="4" name="Picture 4" descr="Сельхозбанк" title="Сельхозбанк"/>
            <wp:cNvGraphicFramePr>
              <a:graphicFrameLocks noChangeAspect="1"/>
            </wp:cNvGraphicFramePr>
            <a:graphic>
              <a:graphicData uri="http://schemas.openxmlformats.org/drawingml/2006/picture">
                <pic:pic>
                  <pic:nvPicPr>
                    <pic:cNvPr id="0" name="a10edff6579ea6a2c558.jpg"/>
                    <pic:cNvPicPr/>
                  </pic:nvPicPr>
                  <pic:blipFill>
                    <a:blip r:embed="rId14"/>
                    <a:stretch>
                      <a:fillRect/>
                    </a:stretch>
                  </pic:blipFill>
                  <pic:spPr>
                    <a:xfrm>
                      <a:off x="0" y="0"/>
                      <a:ext cx="3563821" cy="2232000"/>
                    </a:xfrm>
                    <a:prstGeom prst="rect"/>
                  </pic:spPr>
                </pic:pic>
              </a:graphicData>
            </a:graphic>
          </wp:inline>
        </w:drawing>
      </w:r>
    </w:p>
    <w:p>
      <w:pPr>
        <w:spacing w:after="60"/>
        <w:jc w:val="center"/>
      </w:pPr>
      <w:r>
        <w:rPr>
          <w:rFonts w:ascii="Arial" w:hAnsi="Arial" w:eastAsia="Arial"/>
          <w:b w:val="0"/>
          <w:color w:val="606667"/>
          <w:sz w:val="15"/>
        </w:rPr>
        <w:t>Сельхозбанк</w:t>
      </w:r>
    </w:p>
    <w:p>
      <w:pPr>
        <w:keepNext/>
        <w:spacing w:before="40" w:after="20"/>
      </w:pPr>
      <w:r>
        <w:rPr>
          <w:rFonts w:ascii="Arial" w:hAnsi="Arial" w:eastAsia="Arial"/>
          <w:b/>
          <w:color w:val="B1863E"/>
          <w:sz w:val="16"/>
        </w:rPr>
        <w:t>ENGLISH</w:t>
      </w:r>
      <w:r>
        <w:rPr>
          <w:rFonts w:ascii="Arial" w:hAnsi="Arial" w:eastAsia="Arial"/>
          <w:b/>
          <w:color w:val="242C2F"/>
          <w:sz w:val="20"/>
        </w:rPr>
        <w:t xml:space="preserve">  Agricultural Bank</w:t>
      </w:r>
    </w:p>
    <w:p>
      <w:pPr>
        <w:widowControl/>
        <w:spacing w:before="0" w:after="60" w:line="247" w:lineRule="auto"/>
      </w:pPr>
      <w:r>
        <w:rPr>
          <w:rFonts w:ascii="Arial" w:hAnsi="Arial" w:eastAsia="Arial"/>
          <w:b w:val="0"/>
          <w:color w:val="242C2F"/>
          <w:sz w:val="19"/>
        </w:rPr>
        <w:t>﻿ Agricultural Bank on Vasilievskaya Agricultural Bank on Vasilievskaya, built according to the design of A.P. Zenkova, 1926. In the 50s, it housed the Museum of Fine Arts. The building was demolished during the construction of the V.I. Lenin Museum.</w:t>
      </w:r>
    </w:p>
    <w:p>
      <w:pPr>
        <w:spacing w:before="20" w:after="0"/>
      </w:pPr>
      <w:r>
        <w:rPr>
          <w:rFonts w:ascii="Arial" w:hAnsi="Arial" w:eastAsia="Arial"/>
          <w:b w:val="0"/>
          <w:color w:val="606667"/>
          <w:sz w:val="14"/>
        </w:rPr>
        <w:t>Source: https://bimap.su/description/frunze/456_Selhozbank.txt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42.87850, 74.60450</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Ринат Ибрагимов</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https://2gis.kg/bishkek/geo/15763294480498712/tab/photos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