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Магазин Акчурина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42.88190, 74.61139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2142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f70f574482e7b6b4e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14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Магазин Акчурина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42.88190, 74.61139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1420" cy="2232000"/>
            <wp:docPr id="3" name="Picture 3" descr="Магазин Акчурина" title="Магазин Акчур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f70f574482e7b6b4e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14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Акчурина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Магазин Акчурина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ул.Базарной угол ул.Токмакской. Начало ХХ века. Здание снесли в 60-х годах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https://bimap.su/description/pishpek/7_Magazin_Akchurina.txt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42.88190, 74.61139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42.88190, 74.61139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Rus Rus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https://2gis.kg/bishkek/firm/70000001020302132/tab/photos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