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Магазин Акчурина</w:t>
      </w:r>
    </w:p>
    <w:p>
      <w:pPr>
        <w:jc w:val="center"/>
      </w:pPr>
      <w:r>
        <w:rPr>
          <w:rFonts w:ascii="Arial" w:hAnsi="Arial" w:eastAsia="Arial"/>
          <w:b w:val="0"/>
          <w:color w:val="606667"/>
          <w:sz w:val="17"/>
        </w:rPr>
        <w:t>42.88190, 74.61139</w:t>
      </w:r>
    </w:p>
    <w:p>
      <w:pPr>
        <w:spacing w:before="80" w:after="20"/>
      </w:pPr>
      <w:r>
        <w:rPr>
          <w:rFonts w:ascii="Arial" w:hAnsi="Arial" w:eastAsia="Arial"/>
          <w:b/>
          <w:color w:val="772A33"/>
          <w:sz w:val="20"/>
        </w:rPr>
        <w:t>Тогда · Пишпек</w:t>
      </w:r>
    </w:p>
    <w:p>
      <w:pPr>
        <w:jc w:val="center"/>
      </w:pPr>
      <w:r>
        <w:drawing>
          <wp:inline xmlns:a="http://schemas.openxmlformats.org/drawingml/2006/main" xmlns:pic="http://schemas.openxmlformats.org/drawingml/2006/picture">
            <wp:extent cx="3621420" cy="2232000"/>
            <wp:docPr id="1" name="Picture 1"/>
            <wp:cNvGraphicFramePr>
              <a:graphicFrameLocks noChangeAspect="1"/>
            </wp:cNvGraphicFramePr>
            <a:graphic>
              <a:graphicData uri="http://schemas.openxmlformats.org/drawingml/2006/picture">
                <pic:pic>
                  <pic:nvPicPr>
                    <pic:cNvPr id="0" name="52f70f574482e7b6b4eb.jpg"/>
                    <pic:cNvPicPr/>
                  </pic:nvPicPr>
                  <pic:blipFill>
                    <a:blip r:embed="rId12"/>
                    <a:stretch>
                      <a:fillRect/>
                    </a:stretch>
                  </pic:blipFill>
                  <pic:spPr>
                    <a:xfrm>
                      <a:off x="0" y="0"/>
                      <a:ext cx="3621420"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Акчурин дүкөнү</w:t>
      </w:r>
    </w:p>
    <w:p>
      <w:pPr>
        <w:spacing w:after="100"/>
        <w:jc w:val="center"/>
      </w:pPr>
      <w:r>
        <w:rPr>
          <w:rFonts w:ascii="Arial" w:hAnsi="Arial" w:eastAsia="Arial"/>
          <w:b w:val="0"/>
          <w:color w:val="606667"/>
          <w:sz w:val="17"/>
        </w:rPr>
        <w:t>42.88190, 74.61139</w:t>
      </w:r>
    </w:p>
    <w:p>
      <w:pPr>
        <w:spacing w:before="0" w:after="20"/>
        <w:jc w:val="center"/>
      </w:pPr>
      <w:r>
        <w:drawing>
          <wp:inline xmlns:a="http://schemas.openxmlformats.org/drawingml/2006/main" xmlns:pic="http://schemas.openxmlformats.org/drawingml/2006/picture">
            <wp:extent cx="3621420" cy="2232000"/>
            <wp:docPr id="3" name="Picture 3" descr="Магазин Акчурина" title="Магазин Акчурина"/>
            <wp:cNvGraphicFramePr>
              <a:graphicFrameLocks noChangeAspect="1"/>
            </wp:cNvGraphicFramePr>
            <a:graphic>
              <a:graphicData uri="http://schemas.openxmlformats.org/drawingml/2006/picture">
                <pic:pic>
                  <pic:nvPicPr>
                    <pic:cNvPr id="0" name="52f70f574482e7b6b4eb.jpg"/>
                    <pic:cNvPicPr/>
                  </pic:nvPicPr>
                  <pic:blipFill>
                    <a:blip r:embed="rId12"/>
                    <a:stretch>
                      <a:fillRect/>
                    </a:stretch>
                  </pic:blipFill>
                  <pic:spPr>
                    <a:xfrm>
                      <a:off x="0" y="0"/>
                      <a:ext cx="3621420" cy="2232000"/>
                    </a:xfrm>
                    <a:prstGeom prst="rect"/>
                  </pic:spPr>
                </pic:pic>
              </a:graphicData>
            </a:graphic>
          </wp:inline>
        </w:drawing>
      </w:r>
    </w:p>
    <w:p>
      <w:pPr>
        <w:spacing w:after="60"/>
        <w:jc w:val="center"/>
      </w:pPr>
      <w:r>
        <w:rPr>
          <w:rFonts w:ascii="Arial" w:hAnsi="Arial" w:eastAsia="Arial"/>
          <w:b w:val="0"/>
          <w:color w:val="606667"/>
          <w:sz w:val="15"/>
        </w:rPr>
        <w:t>Магазин Акчурина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Акчурин дүкөнү</w:t>
      </w:r>
    </w:p>
    <w:p>
      <w:pPr>
        <w:widowControl/>
        <w:spacing w:before="0" w:after="60" w:line="247" w:lineRule="auto"/>
      </w:pPr>
      <w:r>
        <w:rPr>
          <w:rFonts w:ascii="Arial" w:hAnsi="Arial" w:eastAsia="Arial"/>
          <w:b w:val="0"/>
          <w:color w:val="242C2F"/>
          <w:sz w:val="19"/>
        </w:rPr>
        <w:t>﻿ Акчурин дүкөнү Пишпектин саны 500дөн ашкан көптөгөн стационардык соода түйүндөрүнүн ичинен соодагерлер менен өнөр жайчылардын ири соода мекемелери өзгөчөлөнүп турган. Базарная көчөсүндөгү соода аянтчаларында А.Акчурин, И.Даулбаев, А.Пушниковдун, Н.Ивановдун, А.Квейтмандын жана башкалардын дүкөндөрү болгон. Өнөр жай продукциясын жана товарларын Россиядан Ташкент аркылуу алып келүү жана Кытайдан, Персиядан жана Индиядан Каркарин жарманкеси аркылу</w:t>
      </w:r>
    </w:p>
    <w:p>
      <w:pPr>
        <w:spacing w:before="20" w:after="0"/>
      </w:pPr>
      <w:r>
        <w:rPr>
          <w:rFonts w:ascii="Arial" w:hAnsi="Arial" w:eastAsia="Arial"/>
          <w:b w:val="0"/>
          <w:color w:val="606667"/>
          <w:sz w:val="14"/>
        </w:rPr>
        <w:t>Булак: https://bimap.su/description/pishpek/7_Magazin_Akchurina.txt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42.88190, 74.61139</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42.88190, 74.61139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Rus Rus</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https://2gis.kg/bishkek/firm/70000001020302132/tab/photos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