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Ала-Арчинское кладбище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42.88305, 74.57184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181615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a0c991cc671efe250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8161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42.88305, 74.57184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Ала-Арчинское кладбище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42.88305, 74.57184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181615" cy="2232000"/>
            <wp:docPr id="4" name="Picture 4" descr="Ала-Арчинское кладбище" title="Ала-Арчинское кладби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a0c991cc671efe250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8161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Ала-Арчинское кладбище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Ала-Арчинское кладбище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https://bimap.su/description/frunze/495_AlaArcha.txt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42.88305, 74.57184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 из Wikimedia Commons" title="Современный вид из Wikimedia Common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 из Wikimedia Commons · A.Savin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https://commons.wikimedia.org/wiki/Bishkek_03-2016_img29_Ala-Archinskoe_Cemetery.jpg · Wikimedia Commons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Лицензия Wikimedia Commons: FAL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