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Ала-Арчинское кладбище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Ala-Archinskoe Cemetery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4" name="Picture 4" descr="Ала-Арчинское кладбище" title="Ала-Арчи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Ала-Арчинское кладбище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Ala-Archinskoe Cemetery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Ala-Archinskoe Cemetery Has memorial areas with the graves of famous people, which are monuments of the history and culture of the city.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A.Savin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https://commons.wikimedia.org/wiki/Bishkek_03-2016_img29_Ala-Archinskoe_Cemetery.jpg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FAL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