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Дома на Токтогула угол Белинской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42.87295, 74.58999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141021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64cd4503c177069fe3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410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42.87295, 74.58999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Дома на Токтогула угол Белинской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42.87295, 74.58999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141021" cy="2232000"/>
            <wp:docPr id="4" name="Picture 4" descr="Дома на Токтогула угол Белинской" title="Дома на Токтогула угол Белин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64cd4503c177069fe3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410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Дома на Токтогула угол Белинской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Дома на Токтогула угол Белинской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Евгения Коровина.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https://bimap.su/description/frunze/494_Toktogula.txt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42.87295, 74.58999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от владельца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https://2gis.kg/bishkek/firm/70000001041194024/tab/photos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