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Дома на Токтогула угол Белинской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42.87295, 74.58999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1410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4cd4503c177069fe3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10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42.87295, 74.58999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Белинскаянын Токтогул бурчундагы үйлөр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42.87295, 74.58999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141021" cy="2232000"/>
            <wp:docPr id="4" name="Picture 4" descr="Дома на Токтогула угол Белинской" title="Дома на Токтогула угол Бел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64cd4503c177069fe3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410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Дома на Токтогула угол Белинской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Белинскаянын Токтогул бурчундагы үйлөр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Белинскаянын Токтогул бурчундагы үйлөр Белинскаядагы Токтогул бурчундагы үйлөр. Евгений Коровиндин фотосу. Алдыңкы планда Өрт өчүрүү кызматынын үйүнүн короосунан көрүнүш. Имараттын алдыңкы фасады шыбалып, штукка менен кооздолгон.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https://bimap.su/description/frunze/494_Toktogula.txt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42.87295, 74.58999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владельца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https://2gis.kg/bishkek/firm/70000001041194024/tab/photos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