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Дома на Токтогула угол Белинской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410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cd4503c177069fe3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10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Houses on Toktogula corner of Belinskaya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41021" cy="2232000"/>
            <wp:docPr id="4" name="Picture 4" descr="Дома на Токтогула угол Белинской" title="Дома на Токтогула угол Бел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cd4503c177069fe3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10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на Токтогула угол Белинской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Houses on Toktogula corner of Belinskaya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Houses on Toktogula corner of Belinskaya Houses on Toktogula corner of Belinskaya. Photo by Evgeny Korovin. In the foreground is a view from the yard of the Fire Department house. The front facade of the building is plastered and decorated with stucco.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https://bimap.su/description/frunze/494_Toktogula.txt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https://2gis.kg/bishkek/firm/70000001041194024/tab/photos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