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Магазины на Советской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42.88141, 74.61143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8900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8ead409b75fa6306d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90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42.88141, 74.61143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Магазины на Советской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42.88141, 74.61143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89007" cy="2232000"/>
            <wp:docPr id="4" name="Picture 4" descr="Магазины на Советской" title="Магазины на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8ead409b75fa6306d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90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Магазины на Советской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Магазины на Советской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Магазины на Советской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https://bimap.su/description/frunze/493_MagSov.txt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42.88141, 74.61143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https://2gis.kg/bishkek/firm/70000001103539022/tab/photos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