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Горком партии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42.88000, 74.60785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c8c2ed4d1979df38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42.88000, 74.60785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Шаардык партия комитети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42.88000, 74.60785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Горком партии" title="Горком парт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c8c2ed4d1979df38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Горком партии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Шаардык партия комитети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Шаардык партия комитети Шаардык партия комитетинин имараты. Архитектор А. Голованев, 1968.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https://bimap.su/description/frunze/492_Gorkom.txt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42.88000, 74.60785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Эрнест Мажитов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https://2gis.kg/bishkek/geo/15763234351164354/tab/photos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