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Перекресток Киевская - Тыныстанова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42.87445, 74.60918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06d624f35e46ed0d5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ba4ffc012ba69d8ad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42.87445, 74.60918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Перекресток улиц Краснооктябрьская и Киевская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42.87445, 74.60918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Перекресток улиц Краснооктябрьская и Киевская" title="Перекресток улиц Краснооктябрьская и Киев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06d624f35e46ed0d5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Краснооктябрьская и Киевская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Перекресток улиц Краснооктябрьская и Киевская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https://bimap.su/description/frunze/490_KrasKiev.txt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Перекресток Киевская - Тыныстанова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42.87445, 74.60918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5" name="Picture 5" descr="Перекресток Киевская - Тыныстанова" title="Перекресток Киевская - Тыныстан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ba4ffc012ba69d8ad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Киевская - Тыныстанова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Перекресток Киевская - Тыныстанова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https://bimap.su/description/bishkek/114_IMG_1258.txt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