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Киевская - Тыныстанова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06d624f35e46ed0d5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ba4ffc012ba69d8ad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Красно-октябрь жана Киев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Перекресток улиц Краснооктябрьская и Киевская" title="Перекресток улиц Краснооктябрьская и Кие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06d624f35e46ed0d5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Краснооктябрьская и Киевская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Красно-октябрь жана Киев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Красно-октябрь жана Киев көчөлөрүнүн кесилиши Красно-октябрь жана Киев көчөлөрүнүн кесилиши. Евгений Коровиндин фотосу. Сол жакта алдыңкы планда №24 мектеп, оң жакта министрликтер үйү.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https://bimap.su/description/frunze/490_KrasKiev.txt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Crossroads Киев - Тыныстанова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Перекресток Киевская - Тыныстанова" title="Перекресток Киевская - Тыныстан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ba4ffc012ba69d8ad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Киевская - Тыныстанова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Crossroads Киев - Тыныстанова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Crossroads Киевская - Тыныстанова Crossroads Киевская - Тыныстанова. Борбордо №24 мектеп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https://bimap.su/description/bishkek/114_IMG_1258.txt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