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Тротуар у ЦУМа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42.87593, 74.61225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5999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2674e66d926004df9a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5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42.87593, 74.61225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Тротуар у ЦУМа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42.87593, 74.61225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5999" cy="2232000"/>
            <wp:docPr id="4" name="Picture 4" descr="Тротуар у ЦУМа" title="Тротуар у ЦУМ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2674e66d926004df9a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5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Тротуар у ЦУМа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Тротуар у ЦУМа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Тротуар у ЦУМа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https://bimap.su/description/frunze/489_Trotuar.txt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42.87593, 74.61225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Бдительный гражданин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https://2gis.kg/bishkek/firm/70000001041537381/tab/photos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