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Тротуар у ЦУМа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Sidewalk near TSUM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Тротуар у ЦУМа" title="Тротуар у Ц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Тротуар у ЦУМа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Sidewalk near TSUM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Sidewalk near TSUM Sidewalk near TSUM. A still from a newsreel from the 70s.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https://bimap.su/description/frunze/489_Trotuar.txt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https://2gis.kg/bishkek/firm/70000001041537381/tab/photos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