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НКВД (КГБ)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856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511a7e7605feb75c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56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НКВД (КГБ)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85600" cy="2232000"/>
            <wp:docPr id="4" name="Picture 4" descr="Здание НКВД (КГБ)" title="Здание НКВД (КГБ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511a7e7605feb75c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56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НКВД (КГБ)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НКВД (КГБ)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Пушкинской.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https://bimap.su/description/frunze/487_KGB.txt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Dan The Man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https://2gis.kg/bishkek/geo/15763294480498718/tab/photos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