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Здание НКВД (КГБ)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42.87694, 74.60363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7856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511a7e7605feb75c1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856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42.87694, 74.60363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NKVD (KGB) building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42.87694, 74.60363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785600" cy="2232000"/>
            <wp:docPr id="4" name="Picture 4" descr="Здание НКВД (КГБ)" title="Здание НКВД (КГБ)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511a7e7605feb75c1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856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НКВД (КГБ)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NKVD (KGB) building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NKVD (KGB) building on Pushkinskaya Street Demolished during the construction of Ala-Too Square.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https://bimap.su/description/frunze/487_KGB.txt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42.87694, 74.60363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Dan The Man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https://2gis.kg/bishkek/geo/15763294480498718/tab/photos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