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Дома на Донецкой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240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eb42434da2ab06b9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Дома на Донецкой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2405" cy="2232000"/>
            <wp:docPr id="4" name="Picture 4" descr="Дома на Донецкой" title="Дома на Донец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eb42434da2ab06b9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Донецкой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на Донецкой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№4 и №6.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https://bimap.su/description/frunze/486_Donezkaia.txt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Бармалей Asap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https://2gis.kg/bishkek/geo/15763234351045476/tab/photos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