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Гостиница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42.87891, 74.60458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00363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881f4fb78cfe627ae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0363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Гостиница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42.87891, 74.60458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00363" cy="2231999"/>
            <wp:docPr id="3" name="Picture 3" descr="Гостиница" title="Гостиниц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881f4fb78cfe627ae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0363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Гостиница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построенная по проекту А.П.Зенкова. Здание снесено в 60-х годах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https://bimap.su/description/pishpek/69_Gostinitsa.txt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42.87891, 74.60458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42.87891, 74.60458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Ринат Ибрагимов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https://2gis.kg/bishkek/geo/15763294480498712/tab/photos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